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2"/>
        </w:rPr>
        <w:t>Sporta skola “Galaktika”</w:t>
      </w:r>
    </w:p>
    <w:p>
      <w:r>
        <w:rPr>
          <w:sz w:val="18"/>
        </w:rPr>
        <w:t>ssgalaktika.lv  |  ssgalaktika@inbox.lv  |  +371 26478665</w:t>
      </w:r>
    </w:p>
    <w:p>
      <w:pPr>
        <w:pStyle w:val="Title"/>
      </w:pPr>
      <w:r>
        <w:t>Iesniegums atskaitīšanai no sporta skolas</w:t>
      </w:r>
    </w:p>
    <w:p>
      <w:r>
        <w:rPr>
          <w:b/>
        </w:rPr>
        <w:t>Sporta skolas “Galaktika” direktoram</w:t>
      </w:r>
    </w:p>
    <w:p>
      <w:r>
        <w:t>Vecāka vai likumiskā pārstāvja vārds, uzvārds ____________________</w:t>
      </w:r>
    </w:p>
    <w:p>
      <w:r>
        <w:t>Personas kods ____________________________________________________</w:t>
      </w:r>
    </w:p>
    <w:p>
      <w:r>
        <w:t>Tālrunis un e-pasts ______________________________________________</w:t>
      </w:r>
    </w:p>
    <w:p>
      <w:r>
        <w:t>Lūdzu atskaitīt manu bērnu no sporta skolas “Galaktika”.</w:t>
      </w:r>
    </w:p>
    <w:p>
      <w:r>
        <w:t>Bērna vārds, uzvārds _____________________________________________</w:t>
      </w:r>
    </w:p>
    <w:p>
      <w:r>
        <w:t>Sporta veids vai izglītības programma ____________________________</w:t>
      </w:r>
    </w:p>
    <w:p>
      <w:r>
        <w:t>Treneris, ja zināms ______________________________________________</w:t>
      </w:r>
    </w:p>
    <w:p>
      <w:r>
        <w:t>Atskaitīšanas datums _____________________________________________</w:t>
      </w:r>
    </w:p>
    <w:p>
      <w:pPr>
        <w:pStyle w:val="Heading1"/>
      </w:pPr>
      <w:r>
        <w:t>Skolas inventārs</w:t>
      </w:r>
    </w:p>
    <w:p>
      <w:r>
        <w:t>Atzīmējiet atbilstošo un, ja vajadzīgs, norādiet precizējumu.</w:t>
      </w:r>
    </w:p>
    <w:p>
      <w:r>
        <w:t>☐ Skolas inventārs nav saņemts.</w:t>
        <w:br/>
        <w:t>☐ Saņemtais inventārs ir nodots skolai.</w:t>
        <w:br/>
        <w:t>☐ Inventāru nodošu līdz __________________ personai __________________.</w:t>
      </w:r>
    </w:p>
    <w:p>
      <w:r>
        <w:t>Papildu informācija ______________________________________________</w:t>
      </w:r>
    </w:p>
    <w:p>
      <w:r>
        <w:t>Inventāra nodošanas kārtību saskaņo ar skolu.</w:t>
      </w:r>
    </w:p>
    <w:p>
      <w:r>
        <w:t>Tukumā, 20____. gada ____. __________________</w:t>
      </w:r>
    </w:p>
    <w:p>
      <w:r>
        <w:t>Paraksts ____________________    Vārds, uzvārds __________________________</w:t>
      </w:r>
    </w:p>
    <w:sectPr w:rsidR="00FC693F" w:rsidRPr="0006063C" w:rsidSect="00034616">
      <w:footerReference w:type="default" r:id="rId9"/>
      <w:pgSz w:w="11906" w:h="16838"/>
      <w:pgMar w:top="1020" w:right="1134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Iesniegums atskaitīšanai no sporta skolas</dc:title>
  <dc:subject/>
  <dc:creator>Sporta skola “Galaktika”</dc:creator>
  <cp:keywords/>
  <dc:description/>
  <cp:lastModifiedBy>Sporta skola “Galaktika”</cp:lastModifiedBy>
  <cp:revision>1</cp:revision>
  <dcterms:created xsi:type="dcterms:W3CDTF">2013-12-23T23:15:00Z</dcterms:created>
  <dcterms:modified xsi:type="dcterms:W3CDTF">2013-12-23T23:15:00Z</dcterms:modified>
  <cp:category/>
</cp:coreProperties>
</file>