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Sporta skola “Galaktika”</w:t>
      </w:r>
    </w:p>
    <w:p>
      <w:r>
        <w:rPr>
          <w:sz w:val="18"/>
        </w:rPr>
        <w:t>ssgalaktika.lv  |  ssgalaktika@inbox.lv  |  +371 26478665</w:t>
      </w:r>
    </w:p>
    <w:p>
      <w:pPr>
        <w:pStyle w:val="Title"/>
      </w:pPr>
      <w:r>
        <w:t>Iesniegums uzņemšanai sporta skolā</w:t>
      </w:r>
    </w:p>
    <w:p>
      <w:r>
        <w:rPr>
          <w:b/>
        </w:rPr>
        <w:t>Sporta skolas “Galaktika” direktoram</w:t>
      </w:r>
    </w:p>
    <w:p>
      <w:r>
        <w:t>Vecāka vai likumiskā pārstāvja vārds, uzvārds ____________________</w:t>
      </w:r>
    </w:p>
    <w:p>
      <w:r>
        <w:t>Personas kods ____________________________________________________</w:t>
      </w:r>
    </w:p>
    <w:p>
      <w:r>
        <w:t>Tālrunis un e-pasts ______________________________________________</w:t>
      </w:r>
    </w:p>
    <w:p>
      <w:r>
        <w:t>Dzīvesvietas adrese ______________________________________________</w:t>
      </w:r>
    </w:p>
    <w:p>
      <w:r>
        <w:t>Lūdzu uzņemt manu bērnu sporta skolas “Galaktika” izglītības programmā.</w:t>
      </w:r>
    </w:p>
    <w:p>
      <w:r>
        <w:t>Izvēlētais sporta veids:  ☐ Futbols   ☐ Florbols   ☐ BMX riteņbraukšana</w:t>
      </w:r>
    </w:p>
    <w:p>
      <w:r>
        <w:t>Programmas nosaukums _____________________________________________</w:t>
      </w:r>
    </w:p>
    <w:p>
      <w:pPr>
        <w:pStyle w:val="Heading1"/>
      </w:pPr>
      <w:r>
        <w:t>Ziņas par izglītojamo</w:t>
      </w:r>
    </w:p>
    <w:p>
      <w:r>
        <w:t>Vārds, uzvārds ___________________________________________________</w:t>
      </w:r>
    </w:p>
    <w:p>
      <w:r>
        <w:t>Personas kods ____________________________________________________</w:t>
      </w:r>
    </w:p>
    <w:p>
      <w:r>
        <w:t>Dzimšanas datums _________________________________________________</w:t>
      </w:r>
    </w:p>
    <w:p>
      <w:r>
        <w:t>Dzīvesvietas adrese ______________________________________________</w:t>
      </w:r>
    </w:p>
    <w:p>
      <w:r>
        <w:t>Tālrunis un e-pasts, ja ir _______________________________________</w:t>
      </w:r>
    </w:p>
    <w:p>
      <w:r>
        <w:t>Vispārējās izglītības iestāde un klase ___________________________</w:t>
      </w:r>
    </w:p>
    <w:p>
      <w:pPr>
        <w:pStyle w:val="Heading1"/>
      </w:pPr>
      <w:r>
        <w:t>Izglītojamā un vecāka apņemšanās</w:t>
      </w:r>
    </w:p>
    <w:p>
      <w:r>
        <w:t>Izglītojamais apņemas regulāri apmeklēt nodarbības un sacensības, ievērot sportisko režīmu, skolas iekšējās kārtības un drošības noteikumus un sekmīgi mācīties vispārējās izglītības iestādē.</w:t>
      </w:r>
    </w:p>
    <w:p>
      <w:r>
        <w:t>Vecāks apņemas nodrošināt izglītojamā regulāru dalību nodarbībās un sacensībās un savlaicīgi informēt skolu par kavējumiem un veselības ierobežojumiem.</w:t>
      </w:r>
    </w:p>
    <w:p>
      <w:pPr>
        <w:pStyle w:val="Heading1"/>
      </w:pPr>
      <w:r>
        <w:t>Pievienotie dokumenti</w:t>
      </w:r>
    </w:p>
    <w:p>
      <w:r>
        <w:t>☐ Ārsta izziņa vai atzinums par bērna veselības stāvokļa atbilstību izvēlētajai sporta slodzei (tostarp veidlapa Nr. 027/u, ja piemērojama).</w:t>
      </w:r>
    </w:p>
    <w:p>
      <w:r>
        <w:t>☐ Citi dokumenti: ____________________________________________________</w:t>
      </w:r>
    </w:p>
    <w:p>
      <w:r>
        <w:t>Ar personas datu apstrādes informāciju un atsevišķu izvēli par publicitāti iepazīstos šā iesnieguma otrajā lapā.</w:t>
      </w:r>
    </w:p>
    <w:p>
      <w:r>
        <w:t>Tukumā, 20____. gada ____. __________________</w:t>
      </w:r>
    </w:p>
    <w:p>
      <w:r>
        <w:t>Paraksts ____________________    Vārds, uzvārds __________________________</w:t>
      </w:r>
    </w:p>
    <w:p>
      <w:r>
        <w:br w:type="page"/>
      </w:r>
    </w:p>
    <w:p>
      <w:pPr>
        <w:pStyle w:val="Heading1"/>
      </w:pPr>
      <w:r>
        <w:t>Informācija un izvēle par personas datiem</w:t>
      </w:r>
    </w:p>
    <w:p>
      <w:r>
        <w:t>Izglītojamā vārds, uzvārds _____________________________________________</w:t>
      </w:r>
    </w:p>
    <w:p>
      <w:r>
        <w:t>Skola pirms iesnieguma parakstīšanas izsniedz vecākam informāciju par datu pārzini, datu apstrādes nolūkiem un tiesiskajiem pamatiem, saņēmējiem, glabāšanas termiņiem un datu subjekta tiesībām. Jautājumus par datu apstrādi var nosūtīt uz ssgalaktika@inbox.lv.</w:t>
      </w:r>
    </w:p>
    <w:p>
      <w:r>
        <w:t>Iesniegumā norādītos datus izmanto uzņemšanas, mācību procesa un saziņas nodrošināšanai atbilstoši piemērojamajiem tiesiskajiem pamatiem. Šis iesniegums nav vispārēja piekrišana jebkādai personas datu apstrādei.</w:t>
      </w:r>
    </w:p>
    <w:p>
      <w:r>
        <w:t>☐ Apliecinu, ka esmu saņēmis un izlasījis skolas sniegto informāciju par personas datu apstrādi.</w:t>
      </w:r>
    </w:p>
    <w:p>
      <w:pPr>
        <w:pStyle w:val="Heading1"/>
      </w:pPr>
      <w:r>
        <w:t>Brīvprātīga piekrišana publicitātei</w:t>
      </w:r>
    </w:p>
    <w:p>
      <w:r>
        <w:t>Atzīmējiet vienu izvēli katrā rindā. Neatzīmēta izvēle nav uzskatāma par piekrišanu.</w:t>
      </w:r>
    </w:p>
    <w:p>
      <w:r>
        <w:t>Mana bērna vārda un uzvārda publicēšanai sporta skolas “Galaktika” pasākumu un sportisko rezultātu aprakstos mājaslapā ssgalaktika.lv:</w:t>
      </w:r>
    </w:p>
    <w:p>
      <w:r>
        <w:t>☐ Piekrītu     ☐ Nepiekrītu</w:t>
      </w:r>
    </w:p>
    <w:p>
      <w:r>
        <w:t>Mana bērna fotogrāfiju no sporta skolas “Galaktika” organizētiem pasākumiem publicēšanai mājaslapā ssgalaktika.lv:</w:t>
      </w:r>
    </w:p>
    <w:p>
      <w:r>
        <w:t>☐ Piekrītu     ☐ Nepiekrītu</w:t>
      </w:r>
    </w:p>
    <w:p>
      <w:r>
        <w:t>Piekrišana ir brīvprātīga un nav uzņemšanas nosacījums. To var atsaukt jebkurā laikā, rakstot uz ssgalaktika@inbox.lv. Atsaukums neietekmē apstrādes likumību pirms atsaukuma. Piekrišana attiecas uz laiku līdz tās atsaukšanai vai bērna mācību beigām skolā; turpmākai publicēšanai nepieciešams atsevišķs pamats.</w:t>
      </w:r>
    </w:p>
    <w:p>
      <w:r>
        <w:t>Tukumā, 20____. gada ____. __________________</w:t>
      </w:r>
    </w:p>
    <w:p>
      <w:r>
        <w:t>Paraksts ____________________    Vārds, uzvārds __________________________</w:t>
      </w:r>
    </w:p>
    <w:sectPr w:rsidR="00FC693F" w:rsidRPr="0006063C" w:rsidSect="00034616">
      <w:footerReference w:type="default" r:id="rId9"/>
      <w:pgSz w:w="11906" w:h="16838"/>
      <w:pgMar w:top="1020" w:right="113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Iesniegums uzņemšanai sporta skolā</dc:title>
  <dc:subject/>
  <dc:creator>Sporta skola “Galaktika”</dc:creator>
  <cp:keywords/>
  <dc:description/>
  <cp:lastModifiedBy>Sporta skola “Galaktika”</cp:lastModifiedBy>
  <cp:revision>1</cp:revision>
  <dcterms:created xsi:type="dcterms:W3CDTF">2013-12-23T23:15:00Z</dcterms:created>
  <dcterms:modified xsi:type="dcterms:W3CDTF">2013-12-23T23:15:00Z</dcterms:modified>
  <cp:category/>
</cp:coreProperties>
</file>